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לומדים עברית בשירים – 20 יחידות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השפה העברית - סלנג ולשון רשמית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מילות סלנג נפוצות בעברית של היום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להבחין בין משלבי לשון שונים: גבוה, בינוני ונמוך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התופעה של מילים שאולות בעברית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22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טוב, בסדר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מערבית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נפלא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מאנגלית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עברית היא שפה עתיקה מאוד, ששבה לחיים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מוזכר בטקסט כחלק מהתפתחות השפה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יש חידוש מילים מתמיד בעברית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מגניב היא מילת סלנג, משלב נמוך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למשל: נפלא, טוב מאוד, אחלה - אותה משמעות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אותיות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טוב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חדשה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מדהים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טוב מאוד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התאמת מילים למשמעות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(בסדר, טוב)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(טוב מאוד)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(מדהים)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ו (ישן מאוד)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(לא ישן, מהתקופה הזאת)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ד (שפה לא רשמית)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מיון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(סלנג)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(סלנג)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(סלנג)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(מלה רגילה)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(מלה רגילה)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ויצירה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התלמיד/ה יכתבו 3 מילים אמיתיות מחיי היומיום, עם פירוש נכון ומשפט מתאים. יש לבדוק שהמשמעות נכונה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טובה תזכיר ששפה מתפתחת עם הזמן, וממציאים מילים חדשות לצד השימוש במילים עתיקות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שני ביטויים לאותה כוונה אך במשלב לשון שונה - גבוה מול נמוך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תשובה שמזכירה מילה משפה זרה כמו סבבה, אחלה או ספוילר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22 אותיות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את השיעור בהאזנה לשיר ולבקש מהתלמידים לסמן מילים שהם שומעים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לעודד דיון קצר על מילות סלנג שהתלמידים משתמשים בהן בחיי היומיום שלהם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יש להדגיש שסלנג הוא חלק לגיטימי מהשפה, לא פחות חשוב ממשלב לשון גבוה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לומדים עברית בשירים – 20 יחידות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השפה העברית - סלנג ולשון רשמית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נעסוק בשיר הומוריסטי על העברית החדשה, עם סלנג ומילים לועזיות. נלמד להבחין בין עברית רשמית לעברית של הרחוב.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כמה אותיות יש באלפבית העברי?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20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22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24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26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המשמעות של המלה "סבבה"?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טוב, בסדר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עצוב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מהר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מהיכן מקורה המלה "אחלה"?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מאנגלית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מערבית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מיידיש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מצרפתית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איזו מילה היא דוגמה למשלב לשון גבוה?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סבבה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נפלא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אחלה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מגניב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מהיכן מקורה המלה "ספוילר"?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מערבית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מאנגלית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מרוסית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מצרפתית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עברית היא שפה חדשה שנוצרה רק לפני עשר שנים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מילים שאולות משפות אחרות הן חלק טבעי מחיי השפה העברית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בעברית ממשיכים להמציא מילים חדשות גם היום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המלה "מגניב" שייכת למשלב לשון גבוה ורשמי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אותה כוונה אפשר לבטא במשלבי לשון שונים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יש בעברית 22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"סבבה" זה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עברית היא שפה עתיקה וגם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מה זה "מגניב"? - זה אומר "__________"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בעברית אומרים "אחלה" כשרוצים לומר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התאמת מילים למשמעות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סבבה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לא ישן, מהתקופה הזאת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אחלה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מדהים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מגניב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טוב מאוד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עתיק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שפה לא רשמית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חדש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בסדר, טוב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סלנג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ישן מאוד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מיון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מגניב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סלנג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סבבה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מלה רגילה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אחלה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סלנג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מלה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מלה רגילה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אות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סלנג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ויצירה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3 מילות סלנג שאתם מכירים, הסבירו את המשמעות שלהן ותנו משפט לדוגמה לכל אחת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משפט קצר ובו תסבירו למה בעברית יש גם מילים ישנות וגם מילים חדשות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סבבה לנפלא?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אחת למילה שאולה בעברית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כמה אותיות יש באלפבית העברי?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השפה העברית - סלנג ולשון רשמית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