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השפה העברית - סלנג ולשון רשמית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סלנג נפוצות בעברית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משלבי לשון שונים: גבוה, בינוני ונמוך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התופעה של מילים שאולות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טוב,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נפלא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מאנגלית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עברית היא שפה עתיקה מאוד, ששבה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מוזכר בטקסט כחלק מהתפתחות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חידוש מילים מתמיד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מגניב היא מילת סלנג, משלב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למשל: נפלא, טוב מאוד, אחלה - אותה 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(בסדר,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(מדהים)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(ישן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ישן, מהתקופה הזאת)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(שפה לא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(מלה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(מלה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יכתבו 3 מילים אמיתיות מחיי היומיום, עם פירוש נכון ומשפט מתאים. יש לבדוק שהמשמעות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תזכיר ששפה מתפתחת עם הזמן, וממציאים מילים חדשות לצד השימוש במילים עתיקות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ביטויים לאותה כוונה אך במשלב לשון שונה - גבוה מול 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מילה משפה זרה כמו סבבה, אחלה או ספוילר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22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לשיר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על מילות סלנג שהתלמידים משתמשים בהן בחיי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שסלנג הוא חלק לגיטימי מהשפה, לא פחות חשוב ממשלב לשון גבוה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השפה העברית - סלנג ולשון רשמית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מילות סלנג בעברית. יש מילים רשמיות ויש מילים של רחוב. נלמד את ההבדל.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לשון עם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כתוב, בעברית יש 22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לא רשמית, שפת הרחוב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בסלנג שמשמעה טוב, בסדר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בסלנג שמשמעה טוב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בסלנג שמשמעה מדהים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ישן, נוצר לאחרונה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ישן מאוד, מתקופה רחוקה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סבבה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טוב,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שפה המילה אחלה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שפה רשמית ויפה?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מגניב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מאיזו שפה המילה ספוילר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מצרפתית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עברית היא שפה חדשה שנוצרה רק לפני עשר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שאולות משפות אחרות הן חלק טבעי מחיי השפה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ממשיכים להמציא מילים חדשות גם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המלה "מגניב" שייכת למשלב לשון גבוה ורשמי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אותה כוונה אפשר לבטא במשלבי לשון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בעברית 22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"סבבה"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עברית היא שפה עתיקה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זה "מגניב"? - זה אומר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בעברית אומרים "אחלה" כשרוצים לומר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טוב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בסדר,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ישן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ישן, מהתקופה הזאת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שפה לא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סלנג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מדהים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מלה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סלנג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מלה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סלנג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סלנג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מילות סלנג שאתם מכירים, הסבירו את המשמעות שלהן ותנו משפט לדוגמה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ובו תסבירו למה בעברית יש גם מילים ישנות וגם מילים חדשות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סבבה לנפלא?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שאולה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באלפבית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השפה העברית - סלנג ולשון רשמית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