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השפה העברית - סלנג ולשון רשמית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סלנג נפוצות בעברית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משלבי לשון שונים: גבוה, בינוני ונמוך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התופעה של מילים שאולות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טוב, בסדר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עברית היא שפה עתיקה מאוד, ששבה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מוזכר בטקסט כחלק מהתפתחות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חידוש מילים מתמיד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(בסדר,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(מדהים)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(ישן מאוד)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(סלנג)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(מלה רגילה)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יכתבו 3 מילים אמיתיות מחיי היומיום, עם פירוש נכון ומשפט מתאים. יש לבדוק שהמשמעות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ביטויים לאותה כוונה אך במשלב לשון שונה - גבוה מול 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שמזכירה מילה משפה זרה כמו סבבה, אחלה או ספוילר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22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לשיר ולבקש מהתלמידים לסמן מילים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קצר על מילות סלנג שהתלמידים משתמשים בהן בחיי היומיום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שסלנג הוא חלק לגיטימי מהשפה, לא פחות חשוב ממשלב לשון גבוה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השפה העברית - סלנג ולשון רשמית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נעסוק בשיר הומוריסטי על העברית החדשה, עם סלנג ומילים לועזיות. נלמד להבחין בין עברית רשמית לעברית של הרחוב.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חדשה  ·  אותיות  ·  טוב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אותיות יש באלפבית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המלה "סבבה"?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טוב,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עברית היא שפה חדשה שנוצרה רק לפני עשר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מילים שאולות משפות אחרות הן חלק טבעי מחיי השפה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בעברית ממשיכים להמציא מילים חדשות גם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בעברית 22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"סבבה"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עברית היא שפה עתיקה וגם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טוב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מדהים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מגניב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ישן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בסדר,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מיון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מגניב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סלנג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סלנג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מלה רגילה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סלנג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מילות סלנג שאתם מכירים, הסבירו את המשמעות שלהן ותנו משפט לדוגמה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סבבה לנפלא?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שאולה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השפה העברית - סלנג ולשון רשמית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